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E4405F"/>
          <w:sz w:val="16"/>
        </w:rPr>
        <w:t>DREAM TRIP</w:t>
      </w:r>
    </w:p>
    <w:p>
      <w:pPr>
        <w:spacing w:after="80"/>
      </w:pPr>
      <w:r>
        <w:rPr>
          <w:rFonts w:ascii="Georgia" w:hAnsi="Georgia"/>
          <w:color w:val="111111"/>
          <w:sz w:val="48"/>
        </w:rPr>
        <w:t>Travel itinerary template</w:t>
      </w:r>
    </w:p>
    <w:p>
      <w:r>
        <w:rPr>
          <w:i/>
          <w:color w:val="6B6B6B"/>
          <w:sz w:val="18"/>
        </w:rPr>
        <w:t>Fill it in on screen or print it. Everything important on one page, then one page per day.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Trip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74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Detail</w:t>
            </w:r>
          </w:p>
        </w:tc>
        <w:tc>
          <w:tcPr>
            <w:tcW w:type="dxa" w:w="633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Your trip</w:t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Trip name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Destination(s)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Start date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End date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Travellers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Home address / contact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Travel insurance (provider + policy #)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Emergency contact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3744"/>
            <w:shd w:val="clear" w:color="auto" w:fill="F4EFE3"/>
          </w:tcPr>
          <w:p>
            <w:r>
              <w:rPr>
                <w:b/>
                <w:sz w:val="18"/>
              </w:rPr>
              <w:t>Local emergency number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80"/>
      </w:pPr>
      <w:r>
        <w:rPr>
          <w:rFonts w:ascii="Georgia" w:hAnsi="Georgia"/>
          <w:color w:val="111111"/>
          <w:sz w:val="28"/>
        </w:rPr>
        <w:t>Flights and trains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c>
          <w:tcPr>
            <w:tcW w:type="dxa" w:w="129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Leg</w:t>
            </w:r>
          </w:p>
        </w:tc>
        <w:tc>
          <w:tcPr>
            <w:tcW w:type="dxa" w:w="100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Date</w:t>
            </w:r>
          </w:p>
        </w:tc>
        <w:tc>
          <w:tcPr>
            <w:tcW w:type="dxa" w:w="129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Flight / train #</w:t>
            </w:r>
          </w:p>
        </w:tc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From</w:t>
            </w:r>
          </w:p>
        </w:tc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To</w:t>
            </w:r>
          </w:p>
        </w:tc>
        <w:tc>
          <w:tcPr>
            <w:tcW w:type="dxa" w:w="100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Departs</w:t>
            </w:r>
          </w:p>
        </w:tc>
        <w:tc>
          <w:tcPr>
            <w:tcW w:type="dxa" w:w="100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Arrives</w:t>
            </w:r>
          </w:p>
        </w:tc>
        <w:tc>
          <w:tcPr>
            <w:tcW w:type="dxa" w:w="216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Confirmation #</w:t>
            </w:r>
          </w:p>
        </w:tc>
      </w:tr>
      <w:tr>
        <w:trPr>
          <w:trHeight w:val="461"/>
        </w:trPr>
        <w:tc>
          <w:tcPr>
            <w:tcW w:type="dxa" w:w="1296"/>
            <w:shd w:val="clear" w:color="auto" w:fill="F4EFE3"/>
          </w:tcPr>
          <w:p>
            <w:r>
              <w:rPr>
                <w:b/>
                <w:sz w:val="18"/>
              </w:rPr>
              <w:t>Outbound</w:t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1296"/>
            <w:shd w:val="clear" w:color="auto" w:fill="F4EFE3"/>
          </w:tcPr>
          <w:p>
            <w:r>
              <w:rPr>
                <w:b/>
                <w:sz w:val="18"/>
              </w:rPr>
              <w:t>Connection</w:t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1296"/>
            <w:shd w:val="clear" w:color="auto" w:fill="F4EFE3"/>
          </w:tcPr>
          <w:p>
            <w:r>
              <w:rPr>
                <w:b/>
                <w:sz w:val="18"/>
              </w:rPr>
              <w:t>Return</w:t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80"/>
      </w:pPr>
      <w:r>
        <w:rPr>
          <w:rFonts w:ascii="Georgia" w:hAnsi="Georgia"/>
          <w:color w:val="111111"/>
          <w:sz w:val="28"/>
        </w:rPr>
        <w:t>Where you are staying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Stay</w:t>
            </w:r>
          </w:p>
        </w:tc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Check-in</w:t>
            </w:r>
          </w:p>
        </w:tc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Check-out</w:t>
            </w:r>
          </w:p>
        </w:tc>
        <w:tc>
          <w:tcPr>
            <w:tcW w:type="dxa" w:w="316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</w:t>
            </w:r>
          </w:p>
        </w:tc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Phone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Confirmation #</w:t>
            </w:r>
          </w:p>
        </w:tc>
      </w:tr>
      <w:tr>
        <w:trPr>
          <w:trHeight w:val="461"/>
        </w:trPr>
        <w:tc>
          <w:tcPr>
            <w:tcW w:type="dxa" w:w="1152"/>
            <w:shd w:val="clear" w:color="auto" w:fill="F4EFE3"/>
          </w:tcPr>
          <w:p>
            <w:r>
              <w:rPr>
                <w:b/>
                <w:sz w:val="18"/>
              </w:rPr>
              <w:t>Stay 1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1152"/>
            <w:shd w:val="clear" w:color="auto" w:fill="F4EFE3"/>
          </w:tcPr>
          <w:p>
            <w:r>
              <w:rPr>
                <w:b/>
                <w:sz w:val="18"/>
              </w:rPr>
              <w:t>Stay 2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1152"/>
            <w:shd w:val="clear" w:color="auto" w:fill="F4EFE3"/>
          </w:tcPr>
          <w:p>
            <w:r>
              <w:rPr>
                <w:b/>
                <w:sz w:val="18"/>
              </w:rPr>
              <w:t>Stay 3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Tip: screenshot or download every confirmation so it works with no signal.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1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1: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2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2: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3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3: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4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4: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5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5: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6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6: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DAY 7</w:t>
      </w:r>
    </w:p>
    <w:p>
      <w:pPr>
        <w:spacing w:after="80"/>
      </w:pPr>
      <w:r>
        <w:rPr>
          <w:rFonts w:ascii="Georgia" w:hAnsi="Georgia"/>
          <w:color w:val="111111"/>
          <w:sz w:val="28"/>
        </w:rPr>
        <w:t>Day 7:  date ____________   area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44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Time of day</w:t>
            </w:r>
          </w:p>
        </w:tc>
        <w:tc>
          <w:tcPr>
            <w:tcW w:type="dxa" w:w="2304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Address / area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Booking / time</w:t>
            </w:r>
          </w:p>
        </w:tc>
        <w:tc>
          <w:tcPr>
            <w:tcW w:type="dxa" w:w="259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Morning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Afternoon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  <w:tr>
        <w:trPr>
          <w:trHeight w:val="1584"/>
        </w:trPr>
        <w:tc>
          <w:tcPr>
            <w:tcW w:type="dxa" w:w="1440"/>
            <w:shd w:val="clear" w:color="auto" w:fill="F4EFE3"/>
          </w:tcPr>
          <w:p>
            <w:r>
              <w:rPr>
                <w:b/>
                <w:sz w:val="18"/>
              </w:rPr>
              <w:t>Evening</w:t>
            </w:r>
          </w:p>
        </w:tc>
        <w:tc>
          <w:tcPr>
            <w:tcW w:type="dxa" w:w="2304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r>
        <w:rPr>
          <w:i/>
          <w:color w:val="6B6B6B"/>
          <w:sz w:val="18"/>
        </w:rPr>
        <w:t>Keep it to two or three anchors a day. Leave room to wander.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MONEY</w:t>
      </w:r>
    </w:p>
    <w:p>
      <w:pPr>
        <w:spacing w:after="80"/>
      </w:pPr>
      <w:r>
        <w:rPr>
          <w:rFonts w:ascii="Georgia" w:hAnsi="Georgia"/>
          <w:color w:val="111111"/>
          <w:sz w:val="36"/>
        </w:rPr>
        <w:t>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403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Category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Planned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Actual</w:t>
            </w:r>
          </w:p>
        </w:tc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Difference</w:t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Flights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Stays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Local transport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Food and drink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Activities and tickets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Shopping and gifts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Travel insurance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Phone / data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Other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4032"/>
            <w:shd w:val="clear" w:color="auto" w:fill="F4EFE3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  <w:color w:val="E4405F"/>
          <w:sz w:val="16"/>
        </w:rPr>
        <w:t>BEFORE YOU GO</w:t>
      </w:r>
    </w:p>
    <w:p>
      <w:pPr>
        <w:spacing w:after="80"/>
      </w:pPr>
      <w:r>
        <w:rPr>
          <w:rFonts w:ascii="Georgia" w:hAnsi="Georgia"/>
          <w:color w:val="111111"/>
          <w:sz w:val="36"/>
        </w:rPr>
        <w:t>Packing checklist</w:t>
      </w:r>
    </w:p>
    <w:p>
      <w:r>
        <w:t>☐  Passport / ID</w:t>
      </w:r>
    </w:p>
    <w:p>
      <w:r>
        <w:t>☐  Visa or entry documents</w:t>
      </w:r>
    </w:p>
    <w:p>
      <w:r>
        <w:t>☐  Printed or offline booking confirmations</w:t>
      </w:r>
    </w:p>
    <w:p>
      <w:r>
        <w:t>☐  Travel insurance details</w:t>
      </w:r>
    </w:p>
    <w:p>
      <w:r>
        <w:t>☐  Payment cards + a little local cash</w:t>
      </w:r>
    </w:p>
    <w:p>
      <w:r>
        <w:t>☐  Phone + charger</w:t>
      </w:r>
    </w:p>
    <w:p>
      <w:r>
        <w:t>☐  Power adapter</w:t>
      </w:r>
    </w:p>
    <w:p>
      <w:r>
        <w:t>☐  Power bank</w:t>
      </w:r>
    </w:p>
    <w:p>
      <w:r>
        <w:t>☐  Headphones</w:t>
      </w:r>
    </w:p>
    <w:p>
      <w:r>
        <w:t>☐  Comfortable walking shoes</w:t>
      </w:r>
    </w:p>
    <w:p>
      <w:r>
        <w:t>☐  Layers for the evening</w:t>
      </w:r>
    </w:p>
    <w:p>
      <w:r>
        <w:t>☐  Rain jacket or umbrella</w:t>
      </w:r>
    </w:p>
    <w:p>
      <w:r>
        <w:t>☐  Swimwear</w:t>
      </w:r>
    </w:p>
    <w:p>
      <w:r>
        <w:t>☐  Sleepwear</w:t>
      </w:r>
    </w:p>
    <w:p>
      <w:r>
        <w:t>☐  Toiletries</w:t>
      </w:r>
    </w:p>
    <w:p>
      <w:r>
        <w:t>☐  Medication + prescriptions</w:t>
      </w:r>
    </w:p>
    <w:p>
      <w:r>
        <w:t>☐  Sunscreen</w:t>
      </w:r>
    </w:p>
    <w:p>
      <w:r>
        <w:t>☐  Reusable water bottle</w:t>
      </w:r>
    </w:p>
    <w:p>
      <w:r>
        <w:t>☐  Day bag</w:t>
      </w:r>
    </w:p>
    <w:p>
      <w:r>
        <w:t>☐  ____________________________</w:t>
      </w:r>
    </w:p>
    <w:p>
      <w:r>
        <w:t>☐  ____________________________</w:t>
      </w:r>
    </w:p>
    <w:p>
      <w:r>
        <w:t>☐  ____________________________</w:t>
      </w:r>
    </w:p>
    <w:p>
      <w:r>
        <w:t>☐  ____________________________</w:t>
      </w:r>
    </w:p>
    <w:p>
      <w:r>
        <w:br w:type="page"/>
      </w:r>
    </w:p>
    <w:p>
      <w:pPr>
        <w:spacing w:after="0"/>
      </w:pPr>
      <w:r>
        <w:rPr>
          <w:b/>
          <w:color w:val="E4405F"/>
          <w:sz w:val="16"/>
        </w:rPr>
        <w:t>SAVED FROM YOUR FEED</w:t>
      </w:r>
    </w:p>
    <w:p>
      <w:pPr>
        <w:spacing w:after="80"/>
      </w:pPr>
      <w:r>
        <w:rPr>
          <w:rFonts w:ascii="Georgia" w:hAnsi="Georgia"/>
          <w:color w:val="111111"/>
          <w:sz w:val="36"/>
        </w:rPr>
        <w:t>Places to try</w:t>
      </w:r>
    </w:p>
    <w:p>
      <w:r>
        <w:rPr>
          <w:i/>
          <w:color w:val="6B6B6B"/>
          <w:sz w:val="18"/>
        </w:rPr>
        <w:t>Paste the TikTok, Instagram or Google Maps link so you can find the place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201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Place</w:t>
            </w:r>
          </w:p>
        </w:tc>
        <w:tc>
          <w:tcPr>
            <w:tcW w:type="dxa" w:w="1152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Type</w:t>
            </w:r>
          </w:p>
        </w:tc>
        <w:tc>
          <w:tcPr>
            <w:tcW w:type="dxa" w:w="2880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Source link (TikTok / Instagram / Maps)</w:t>
            </w:r>
          </w:p>
        </w:tc>
        <w:tc>
          <w:tcPr>
            <w:tcW w:type="dxa" w:w="1296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Area</w:t>
            </w:r>
          </w:p>
        </w:tc>
        <w:tc>
          <w:tcPr>
            <w:tcW w:type="dxa" w:w="100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Must-do?</w:t>
            </w:r>
          </w:p>
        </w:tc>
        <w:tc>
          <w:tcPr>
            <w:tcW w:type="dxa" w:w="1728"/>
            <w:shd w:val="clear" w:color="auto" w:fill="111111"/>
          </w:tcPr>
          <w:p>
            <w:r/>
            <w:r>
              <w:rPr>
                <w:b/>
                <w:color w:val="FFFDF8"/>
                <w:sz w:val="18"/>
              </w:rPr>
              <w:t>Notes</w:t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  <w:tr>
        <w:trPr>
          <w:trHeight w:val="461"/>
        </w:trPr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880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>Free template by Dream Trip, thedreamtrip.app. Save places from TikTok, Instagram and Google Maps and let the app plan the days.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itinerary template</dc:title>
  <dc:subject/>
  <dc:creator>Dream Trip</dc:creator>
  <cp:keywords/>
  <dc:description>generated by python-docx</dc:description>
  <cp:lastModifiedBy>Dream Trip</cp:lastModifiedBy>
  <cp:revision>1</cp:revision>
  <dcterms:created xsi:type="dcterms:W3CDTF">2026-09-01T12:00:00Z</dcterms:created>
  <dcterms:modified xsi:type="dcterms:W3CDTF">2026-09-01T12:00:00Z</dcterms:modified>
  <cp:category/>
</cp:coreProperties>
</file>